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📚 חוברת 1 – טקסטים 1–10 · חנ״מ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מאגר טקסטים לכיתה ט׳ – הבנת הנקרא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בחוברת עשרה טקסטים. בתחילתה מהדורה למורה (מפתח תשובות ומחוון), ואחריה דפי העבודה לתלמידים לפי הסדר.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תוכן החוברת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 · </w:t>
      </w:r>
      <w:r>
        <w:rPr>
          <w:rFonts w:ascii="Arial" w:hAnsi="Arial" w:cs="Arial"/>
          <w:b w:val="0"/>
          <w:sz w:val="22"/>
          <w:rtl w:val="1"/>
          <w:szCs w:val="22"/>
        </w:rPr>
        <w:t>🤖 האם המכונות החכמות ייקחו לנו את העבודה? (טקסט עיוני)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 · </w:t>
      </w:r>
      <w:r>
        <w:rPr>
          <w:rFonts w:ascii="Arial" w:hAnsi="Arial" w:cs="Arial"/>
          <w:b w:val="0"/>
          <w:sz w:val="22"/>
          <w:rtl w:val="1"/>
          <w:szCs w:val="22"/>
        </w:rPr>
        <w:t>🧭 לבחור מגמה – לא לבחור גורל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3 · </w:t>
      </w:r>
      <w:r>
        <w:rPr>
          <w:rFonts w:ascii="Arial" w:hAnsi="Arial" w:cs="Arial"/>
          <w:b w:val="0"/>
          <w:sz w:val="22"/>
          <w:rtl w:val="1"/>
          <w:szCs w:val="22"/>
        </w:rPr>
        <w:t>🎒 המדרגות של הקומה השלישית (סיפור קצר)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4 · </w:t>
      </w:r>
      <w:r>
        <w:rPr>
          <w:rFonts w:ascii="Arial" w:hAnsi="Arial" w:cs="Arial"/>
          <w:b w:val="0"/>
          <w:sz w:val="22"/>
          <w:rtl w:val="1"/>
          <w:szCs w:val="22"/>
        </w:rPr>
        <w:t>🤝 שעות חובה – או שעות של לב? (טור דעה)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5 · </w:t>
      </w:r>
      <w:r>
        <w:rPr>
          <w:rFonts w:ascii="Arial" w:hAnsi="Arial" w:cs="Arial"/>
          <w:b w:val="0"/>
          <w:sz w:val="22"/>
          <w:rtl w:val="1"/>
          <w:szCs w:val="22"/>
        </w:rPr>
        <w:t>💬 איפה נגמר החופש להגיד הכול? (טקסט מידעי)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6 · </w:t>
      </w:r>
      <w:r>
        <w:rPr>
          <w:rFonts w:ascii="Arial" w:hAnsi="Arial" w:cs="Arial"/>
          <w:b w:val="0"/>
          <w:sz w:val="22"/>
          <w:rtl w:val="1"/>
          <w:szCs w:val="22"/>
        </w:rPr>
        <w:t>🎖️ ״אני רוצה שהשירות שלי ישנה משהו״ (ראיון)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7 · </w:t>
      </w:r>
      <w:r>
        <w:rPr>
          <w:rFonts w:ascii="Arial" w:hAnsi="Arial" w:cs="Arial"/>
          <w:b w:val="0"/>
          <w:sz w:val="22"/>
          <w:rtl w:val="1"/>
          <w:szCs w:val="22"/>
        </w:rPr>
        <w:t>💡 המשרד שלהם הוא שולחן המטבח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8 · </w:t>
      </w:r>
      <w:r>
        <w:rPr>
          <w:rFonts w:ascii="Arial" w:hAnsi="Arial" w:cs="Arial"/>
          <w:b w:val="0"/>
          <w:sz w:val="22"/>
          <w:rtl w:val="1"/>
          <w:szCs w:val="22"/>
        </w:rPr>
        <w:t>🐑 למה כולם הולכים לאותו כיוון? (טקסט מדעי)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9 · </w:t>
      </w:r>
      <w:r>
        <w:rPr>
          <w:rFonts w:ascii="Arial" w:hAnsi="Arial" w:cs="Arial"/>
          <w:b w:val="0"/>
          <w:sz w:val="22"/>
          <w:rtl w:val="1"/>
          <w:szCs w:val="22"/>
        </w:rPr>
        <w:t>👕 החולצה שעלתה חמישה שקלים – ומי משלם את ההפרש? (טקסט מידעי)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10 · </w:t>
      </w:r>
      <w:r>
        <w:rPr>
          <w:rFonts w:ascii="Arial" w:hAnsi="Arial" w:cs="Arial"/>
          <w:b w:val="0"/>
          <w:sz w:val="22"/>
          <w:rtl w:val="1"/>
          <w:szCs w:val="22"/>
        </w:rPr>
        <w:t>💌 הפתק שלא נשלח (סיפור קצר)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האם המכונות החכמות ייקחו לנו את העבודה?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המכונות החכמות יודעות לעשות? · </w:t>
      </w:r>
      <w:r>
        <w:rPr>
          <w:rFonts w:ascii="Arial" w:hAnsi="Arial" w:cs="Arial"/>
          <w:b w:val="0"/>
          <w:sz w:val="22"/>
          <w:rtl w:val="1"/>
          <w:szCs w:val="22"/>
        </w:rPr>
        <w:t>לכתוב, לסכם, לתרגם ולצייר.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משווה החוקר את המכונה? · </w:t>
      </w:r>
      <w:r>
        <w:rPr>
          <w:rFonts w:ascii="Arial" w:hAnsi="Arial" w:cs="Arial"/>
          <w:b w:val="0"/>
          <w:sz w:val="22"/>
          <w:rtl w:val="1"/>
          <w:szCs w:val="22"/>
        </w:rPr>
        <w:t>למחשבון משוכלל.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יקרה אם לא נחשוב לבד? · </w:t>
      </w:r>
      <w:r>
        <w:rPr>
          <w:rFonts w:ascii="Arial" w:hAnsi="Arial" w:cs="Arial"/>
          <w:b w:val="0"/>
          <w:sz w:val="22"/>
          <w:rtl w:val="1"/>
          <w:szCs w:val="22"/>
        </w:rPr>
        <w:t>השריר של המחשבה ייחלש.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למה משווה החוקר תומר אבני את המכונה החכמה? · </w:t>
      </w:r>
      <w:r>
        <w:rPr>
          <w:rFonts w:ascii="Arial" w:hAnsi="Arial" w:cs="Arial"/>
          <w:b w:val="0"/>
          <w:sz w:val="22"/>
          <w:rtl w:val="1"/>
          <w:szCs w:val="22"/>
        </w:rPr>
        <w:t>א. למחשבון משוכלל פי אלף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לפי הגישה האופטימית את מי עשויים להחליף? · </w:t>
      </w:r>
      <w:r>
        <w:rPr>
          <w:rFonts w:ascii="Arial" w:hAnsi="Arial" w:cs="Arial"/>
          <w:b w:val="0"/>
          <w:sz w:val="22"/>
          <w:rtl w:val="1"/>
          <w:szCs w:val="22"/>
        </w:rPr>
        <w:t>ב. את מי שאינם יודעים לעבוד עם מכונות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קרה לרוני כשהמורה שאלה? · </w:t>
      </w:r>
      <w:r>
        <w:rPr>
          <w:rFonts w:ascii="Arial" w:hAnsi="Arial" w:cs="Arial"/>
          <w:b w:val="0"/>
          <w:sz w:val="22"/>
          <w:rtl w:val="1"/>
          <w:szCs w:val="22"/>
        </w:rPr>
        <w:t>היא לא ידעה לענות.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צריך לפי הטקסט? · </w:t>
      </w:r>
      <w:r>
        <w:rPr>
          <w:rFonts w:ascii="Arial" w:hAnsi="Arial" w:cs="Arial"/>
          <w:b w:val="0"/>
          <w:sz w:val="22"/>
          <w:rtl w:val="1"/>
          <w:szCs w:val="22"/>
        </w:rPr>
        <w:t>אחריות טכנולוגית.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לבחור מגמה – לא לבחור גורל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בוחרים בסוף כיתה ט׳? · </w:t>
      </w:r>
      <w:r>
        <w:rPr>
          <w:rFonts w:ascii="Arial" w:hAnsi="Arial" w:cs="Arial"/>
          <w:b w:val="0"/>
          <w:sz w:val="22"/>
          <w:rtl w:val="1"/>
          <w:szCs w:val="22"/>
        </w:rPr>
        <w:t>מגמה לתיכון.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אומרת היועצת על מגמה? · </w:t>
      </w:r>
      <w:r>
        <w:rPr>
          <w:rFonts w:ascii="Arial" w:hAnsi="Arial" w:cs="Arial"/>
          <w:b w:val="0"/>
          <w:sz w:val="22"/>
          <w:rtl w:val="1"/>
          <w:szCs w:val="22"/>
        </w:rPr>
        <w:t>שהיא לא גורל – היא תחנה ראשונה.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עשתה הדס כדי לבחור? · </w:t>
      </w:r>
      <w:r>
        <w:rPr>
          <w:rFonts w:ascii="Arial" w:hAnsi="Arial" w:cs="Arial"/>
          <w:b w:val="0"/>
          <w:sz w:val="22"/>
          <w:rtl w:val="1"/>
          <w:szCs w:val="22"/>
        </w:rPr>
        <w:t>הלכה לשיעור אחד בכל מגמה.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לפי היועצת, על איזו הנחה לא נכונה נשען הלחץ? · </w:t>
      </w:r>
      <w:r>
        <w:rPr>
          <w:rFonts w:ascii="Arial" w:hAnsi="Arial" w:cs="Arial"/>
          <w:b w:val="0"/>
          <w:sz w:val="22"/>
          <w:rtl w:val="1"/>
          <w:szCs w:val="22"/>
        </w:rPr>
        <w:t>ג. שמגמה בתיכון קובעת את הגורל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עשתה הדס כדי לבחור? · </w:t>
      </w:r>
      <w:r>
        <w:rPr>
          <w:rFonts w:ascii="Arial" w:hAnsi="Arial" w:cs="Arial"/>
          <w:b w:val="0"/>
          <w:sz w:val="22"/>
          <w:rtl w:val="1"/>
          <w:szCs w:val="22"/>
        </w:rPr>
        <w:t>ב. ישבה בשיעור אחד של כל מגמה שעניינה אותה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עשה עמרי אחרי שנה? · </w:t>
      </w:r>
      <w:r>
        <w:rPr>
          <w:rFonts w:ascii="Arial" w:hAnsi="Arial" w:cs="Arial"/>
          <w:b w:val="0"/>
          <w:sz w:val="22"/>
          <w:rtl w:val="1"/>
          <w:szCs w:val="22"/>
        </w:rPr>
        <w:t>החליף מגמה.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המסר של הכתבה? · </w:t>
      </w:r>
      <w:r>
        <w:rPr>
          <w:rFonts w:ascii="Arial" w:hAnsi="Arial" w:cs="Arial"/>
          <w:b w:val="0"/>
          <w:sz w:val="22"/>
          <w:rtl w:val="1"/>
          <w:szCs w:val="22"/>
        </w:rPr>
        <w:t>לאסוף מידע, להתייעץ ולהקשיב לעצמנו.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המדרגות של הקומה השלישית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מתי מתרחש הסיפור? · </w:t>
      </w:r>
      <w:r>
        <w:rPr>
          <w:rFonts w:ascii="Arial" w:hAnsi="Arial" w:cs="Arial"/>
          <w:b w:val="0"/>
          <w:sz w:val="22"/>
          <w:rtl w:val="1"/>
          <w:szCs w:val="22"/>
        </w:rPr>
        <w:t>ביום האחרון של כיתה ט׳.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איך נראו המדרגות ליעל בכיתה ז׳? · </w:t>
      </w:r>
      <w:r>
        <w:rPr>
          <w:rFonts w:ascii="Arial" w:hAnsi="Arial" w:cs="Arial"/>
          <w:b w:val="0"/>
          <w:sz w:val="22"/>
          <w:rtl w:val="1"/>
          <w:szCs w:val="22"/>
        </w:rPr>
        <w:t>כמו 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קרה לקבוצה של יעל בפרויקט? · </w:t>
      </w:r>
      <w:r>
        <w:rPr>
          <w:rFonts w:ascii="Arial" w:hAnsi="Arial" w:cs="Arial"/>
          <w:b w:val="0"/>
          <w:sz w:val="22"/>
          <w:rtl w:val="1"/>
          <w:szCs w:val="22"/>
        </w:rPr>
        <w:t>בהתחלה רבו, ובסוף הצליחו.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מתי מתרחש הסיפור? · </w:t>
      </w:r>
      <w:r>
        <w:rPr>
          <w:rFonts w:ascii="Arial" w:hAnsi="Arial" w:cs="Arial"/>
          <w:b w:val="0"/>
          <w:sz w:val="22"/>
          <w:rtl w:val="1"/>
          <w:szCs w:val="22"/>
        </w:rPr>
        <w:t>ג. ביום האחרון של כיתה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קרה ליעל בשבוע הראשון בחטיבה? · </w:t>
      </w:r>
      <w:r>
        <w:rPr>
          <w:rFonts w:ascii="Arial" w:hAnsi="Arial" w:cs="Arial"/>
          <w:b w:val="0"/>
          <w:sz w:val="22"/>
          <w:rtl w:val="1"/>
          <w:szCs w:val="22"/>
        </w:rPr>
        <w:t>ג. היא הלכה לאיבוד ונכנסה בטעות לשיעור של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הבטיחו החברים? · </w:t>
      </w:r>
      <w:r>
        <w:rPr>
          <w:rFonts w:ascii="Arial" w:hAnsi="Arial" w:cs="Arial"/>
          <w:b w:val="0"/>
          <w:sz w:val="22"/>
          <w:rtl w:val="1"/>
          <w:szCs w:val="22"/>
        </w:rPr>
        <w:t>לשמור על קשר.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מתי צריך לקרוא את הפתק? · </w:t>
      </w:r>
      <w:r>
        <w:rPr>
          <w:rFonts w:ascii="Arial" w:hAnsi="Arial" w:cs="Arial"/>
          <w:b w:val="0"/>
          <w:sz w:val="22"/>
          <w:rtl w:val="1"/>
          <w:szCs w:val="22"/>
        </w:rPr>
        <w:t>רק בתיכון.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שעות חובה – או שעות של לב?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כמה שעות התנדבות הן חובה? · </w:t>
      </w:r>
      <w:r>
        <w:rPr>
          <w:rFonts w:ascii="Arial" w:hAnsi="Arial" w:cs="Arial"/>
          <w:b w:val="0"/>
          <w:sz w:val="22"/>
          <w:rtl w:val="1"/>
          <w:szCs w:val="22"/>
        </w:rPr>
        <w:t>60 שעות.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איפה הכותבת מתנדבת? · </w:t>
      </w:r>
      <w:r>
        <w:rPr>
          <w:rFonts w:ascii="Arial" w:hAnsi="Arial" w:cs="Arial"/>
          <w:b w:val="0"/>
          <w:sz w:val="22"/>
          <w:rtl w:val="1"/>
          <w:szCs w:val="22"/>
        </w:rPr>
        <w:t>בגן ילדים.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אומרים המתנגדים? · </w:t>
      </w:r>
      <w:r>
        <w:rPr>
          <w:rFonts w:ascii="Arial" w:hAnsi="Arial" w:cs="Arial"/>
          <w:b w:val="0"/>
          <w:sz w:val="22"/>
          <w:rtl w:val="1"/>
          <w:szCs w:val="22"/>
        </w:rPr>
        <w:t>שחובה הורסת את הלב.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מאיזה שורש באה המילה ״התנדבות״ לפי הכותבת? · </w:t>
      </w:r>
      <w:r>
        <w:rPr>
          <w:rFonts w:ascii="Arial" w:hAnsi="Arial" w:cs="Arial"/>
          <w:b w:val="0"/>
          <w:sz w:val="22"/>
          <w:rtl w:val="1"/>
          <w:szCs w:val="22"/>
        </w:rPr>
        <w:t>א. נ־ד־ב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הטענה העיקרית של המתנגדים לחובה? · </w:t>
      </w:r>
      <w:r>
        <w:rPr>
          <w:rFonts w:ascii="Arial" w:hAnsi="Arial" w:cs="Arial"/>
          <w:b w:val="0"/>
          <w:sz w:val="22"/>
          <w:rtl w:val="1"/>
          <w:szCs w:val="22"/>
        </w:rPr>
        <w:t>ג. שספירת שעות הופכת נתינה למטלה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למי אין זמן להתנדב? · </w:t>
      </w:r>
      <w:r>
        <w:rPr>
          <w:rFonts w:ascii="Arial" w:hAnsi="Arial" w:cs="Arial"/>
          <w:b w:val="0"/>
          <w:sz w:val="22"/>
          <w:rtl w:val="1"/>
          <w:szCs w:val="22"/>
        </w:rPr>
        <w:t>למי שמטפל באחים או עובד.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הכותבת מציעה? · </w:t>
      </w:r>
      <w:r>
        <w:rPr>
          <w:rFonts w:ascii="Arial" w:hAnsi="Arial" w:cs="Arial"/>
          <w:b w:val="0"/>
          <w:sz w:val="22"/>
          <w:rtl w:val="1"/>
          <w:szCs w:val="22"/>
        </w:rPr>
        <w:t>פרויקט נתינה.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איפה נגמר החופש להגיד הכול?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מהו חופש הביטוי? · </w:t>
      </w:r>
      <w:r>
        <w:rPr>
          <w:rFonts w:ascii="Arial" w:hAnsi="Arial" w:cs="Arial"/>
          <w:b w:val="0"/>
          <w:sz w:val="22"/>
          <w:rtl w:val="1"/>
          <w:szCs w:val="22"/>
        </w:rPr>
        <w:t>הזכות להגיד את מה שחושבים.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קורה למה שנכתב ברשת? · </w:t>
      </w:r>
      <w:r>
        <w:rPr>
          <w:rFonts w:ascii="Arial" w:hAnsi="Arial" w:cs="Arial"/>
          <w:b w:val="0"/>
          <w:sz w:val="22"/>
          <w:rtl w:val="1"/>
          <w:szCs w:val="22"/>
        </w:rPr>
        <w:t>מתפשט מהר ונשאר הרבה זמן.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תנו דוגמה למשהו אסור. · </w:t>
      </w:r>
      <w:r>
        <w:rPr>
          <w:rFonts w:ascii="Arial" w:hAnsi="Arial" w:cs="Arial"/>
          <w:b w:val="0"/>
          <w:sz w:val="22"/>
          <w:rtl w:val="1"/>
          <w:szCs w:val="22"/>
        </w:rPr>
        <w:t>לשקר על אדם / לאיים / לפרסם מידע פרטי.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מדוע חופש הביטוי חשוב במדינה דמוקרטית? · </w:t>
      </w:r>
      <w:r>
        <w:rPr>
          <w:rFonts w:ascii="Arial" w:hAnsi="Arial" w:cs="Arial"/>
          <w:b w:val="0"/>
          <w:sz w:val="22"/>
          <w:rtl w:val="1"/>
          <w:szCs w:val="22"/>
        </w:rPr>
        <w:t>ג. כי בלעדיו אי אפשר לבקר ולהציע שינוי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מיוחד ב״במה״ של הרשת? · </w:t>
      </w:r>
      <w:r>
        <w:rPr>
          <w:rFonts w:ascii="Arial" w:hAnsi="Arial" w:cs="Arial"/>
          <w:b w:val="0"/>
          <w:sz w:val="22"/>
          <w:rtl w:val="1"/>
          <w:szCs w:val="22"/>
        </w:rPr>
        <w:t>א. מה שנכתב מתפשט מהר ונשאר זמן רב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איזו שאלה כדאי לשאול לפני שכותבים? · </w:t>
      </w:r>
      <w:r>
        <w:rPr>
          <w:rFonts w:ascii="Arial" w:hAnsi="Arial" w:cs="Arial"/>
          <w:b w:val="0"/>
          <w:sz w:val="22"/>
          <w:rtl w:val="1"/>
          <w:szCs w:val="22"/>
        </w:rPr>
        <w:t>האם הייתי אומר את זה פנים אל פנים?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בא יחד עם החופש? · </w:t>
      </w:r>
      <w:r>
        <w:rPr>
          <w:rFonts w:ascii="Arial" w:hAnsi="Arial" w:cs="Arial"/>
          <w:b w:val="0"/>
          <w:sz w:val="22"/>
          <w:rtl w:val="1"/>
          <w:szCs w:val="22"/>
        </w:rPr>
        <w:t>אחריות.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״אני רוצה שהשירות שלי ישנה משהו״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בת כמה תמר? · </w:t>
      </w:r>
      <w:r>
        <w:rPr>
          <w:rFonts w:ascii="Arial" w:hAnsi="Arial" w:cs="Arial"/>
          <w:b w:val="0"/>
          <w:sz w:val="22"/>
          <w:rtl w:val="1"/>
          <w:szCs w:val="22"/>
        </w:rPr>
        <w:t>19.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איפה תמר משרתת? · </w:t>
      </w:r>
      <w:r>
        <w:rPr>
          <w:rFonts w:ascii="Arial" w:hAnsi="Arial" w:cs="Arial"/>
          <w:b w:val="0"/>
          <w:sz w:val="22"/>
          <w:rtl w:val="1"/>
          <w:szCs w:val="22"/>
        </w:rPr>
        <w:t>בשירות לאומי, בכפר נוער.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זה ייעוד לפי תמר? · </w:t>
      </w:r>
      <w:r>
        <w:rPr>
          <w:rFonts w:ascii="Arial" w:hAnsi="Arial" w:cs="Arial"/>
          <w:b w:val="0"/>
          <w:sz w:val="22"/>
          <w:rtl w:val="1"/>
          <w:szCs w:val="22"/>
        </w:rPr>
        <w:t>מה שטובים בו + מה שאוהבים + מה שהעולם צריך.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מתי התחילה תמר לחשוב על השירות? · </w:t>
      </w:r>
      <w:r>
        <w:rPr>
          <w:rFonts w:ascii="Arial" w:hAnsi="Arial" w:cs="Arial"/>
          <w:b w:val="0"/>
          <w:sz w:val="22"/>
          <w:rtl w:val="1"/>
          <w:szCs w:val="22"/>
        </w:rPr>
        <w:t>ב. בכיתה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מהו ייעוד לפי תמר? · </w:t>
      </w:r>
      <w:r>
        <w:rPr>
          <w:rFonts w:ascii="Arial" w:hAnsi="Arial" w:cs="Arial"/>
          <w:b w:val="0"/>
          <w:sz w:val="22"/>
          <w:rtl w:val="1"/>
          <w:szCs w:val="22"/>
        </w:rPr>
        <w:t>א. המפגש בין מה שטובים בו, מה שאוהבים ומה שהעולם צריך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עזר לתמר כשהיה קשה? · </w:t>
      </w:r>
      <w:r>
        <w:rPr>
          <w:rFonts w:ascii="Arial" w:hAnsi="Arial" w:cs="Arial"/>
          <w:b w:val="0"/>
          <w:sz w:val="22"/>
          <w:rtl w:val="1"/>
          <w:szCs w:val="22"/>
        </w:rPr>
        <w:t>לדבר ולבקש עזרה.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העצה שלה? · </w:t>
      </w:r>
      <w:r>
        <w:rPr>
          <w:rFonts w:ascii="Arial" w:hAnsi="Arial" w:cs="Arial"/>
          <w:b w:val="0"/>
          <w:sz w:val="22"/>
          <w:rtl w:val="1"/>
          <w:szCs w:val="22"/>
        </w:rPr>
        <w:t>לשאול כבר עכשיו: על מה אכפת לי?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המשרד שלהם הוא שולחן המטבח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בנו גל ושירה? · </w:t>
      </w:r>
      <w:r>
        <w:rPr>
          <w:rFonts w:ascii="Arial" w:hAnsi="Arial" w:cs="Arial"/>
          <w:b w:val="0"/>
          <w:sz w:val="22"/>
          <w:rtl w:val="1"/>
          <w:szCs w:val="22"/>
        </w:rPr>
        <w:t>מתקן חכם לאופניים.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זה יזם? · </w:t>
      </w:r>
      <w:r>
        <w:rPr>
          <w:rFonts w:ascii="Arial" w:hAnsi="Arial" w:cs="Arial"/>
          <w:b w:val="0"/>
          <w:sz w:val="22"/>
          <w:rtl w:val="1"/>
          <w:szCs w:val="22"/>
        </w:rPr>
        <w:t>מי שרואה בעיה ומנסה לפתור אותה.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מאיה מוכרת? · </w:t>
      </w:r>
      <w:r>
        <w:rPr>
          <w:rFonts w:ascii="Arial" w:hAnsi="Arial" w:cs="Arial"/>
          <w:b w:val="0"/>
          <w:sz w:val="22"/>
          <w:rtl w:val="1"/>
          <w:szCs w:val="22"/>
        </w:rPr>
        <w:t>עוגיות.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איזו בעיה רצו גל ושירה לפתור? · </w:t>
      </w:r>
      <w:r>
        <w:rPr>
          <w:rFonts w:ascii="Arial" w:hAnsi="Arial" w:cs="Arial"/>
          <w:b w:val="0"/>
          <w:sz w:val="22"/>
          <w:rtl w:val="1"/>
          <w:szCs w:val="22"/>
        </w:rPr>
        <w:t>ג. בלגן של אופניים בכניסה לבית הספר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היה הקושי האמיתי של מאיה? · </w:t>
      </w:r>
      <w:r>
        <w:rPr>
          <w:rFonts w:ascii="Arial" w:hAnsi="Arial" w:cs="Arial"/>
          <w:b w:val="0"/>
          <w:sz w:val="22"/>
          <w:rtl w:val="1"/>
          <w:szCs w:val="22"/>
        </w:rPr>
        <w:t>ב. לקבוע מחיר ולחשב עלויות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עשה עידו כשלא הצליח? · </w:t>
      </w:r>
      <w:r>
        <w:rPr>
          <w:rFonts w:ascii="Arial" w:hAnsi="Arial" w:cs="Arial"/>
          <w:b w:val="0"/>
          <w:sz w:val="22"/>
          <w:rtl w:val="1"/>
          <w:szCs w:val="22"/>
        </w:rPr>
        <w:t>שאל מה צריכים ושינה את הרעיון.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חשוב לשמור? · </w:t>
      </w:r>
      <w:r>
        <w:rPr>
          <w:rFonts w:ascii="Arial" w:hAnsi="Arial" w:cs="Arial"/>
          <w:b w:val="0"/>
          <w:sz w:val="22"/>
          <w:rtl w:val="1"/>
          <w:szCs w:val="22"/>
        </w:rPr>
        <w:t>איזון: לימודים, שינה וחברים.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למה כולם הולכים לאותו כיוון?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עשו רוב המשתתפים בניסוי? · </w:t>
      </w:r>
      <w:r>
        <w:rPr>
          <w:rFonts w:ascii="Arial" w:hAnsi="Arial" w:cs="Arial"/>
          <w:b w:val="0"/>
          <w:sz w:val="22"/>
          <w:rtl w:val="1"/>
          <w:szCs w:val="22"/>
        </w:rPr>
        <w:t>הסכימו עם התשובה הלא נכונה של הקבוצה.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אנחנו נסחפים? · </w:t>
      </w:r>
      <w:r>
        <w:rPr>
          <w:rFonts w:ascii="Arial" w:hAnsi="Arial" w:cs="Arial"/>
          <w:b w:val="0"/>
          <w:sz w:val="22"/>
          <w:rtl w:val="1"/>
          <w:szCs w:val="22"/>
        </w:rPr>
        <w:t>כי רוצים להשתייך.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משפיע עלינו ברשת? · </w:t>
      </w:r>
      <w:r>
        <w:rPr>
          <w:rFonts w:ascii="Arial" w:hAnsi="Arial" w:cs="Arial"/>
          <w:b w:val="0"/>
          <w:sz w:val="22"/>
          <w:rtl w:val="1"/>
          <w:szCs w:val="22"/>
        </w:rPr>
        <w:t>מספר הצפיות וה״אהבתי״.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הייתה המשימה בניסוי הקווים? · </w:t>
      </w:r>
      <w:r>
        <w:rPr>
          <w:rFonts w:ascii="Arial" w:hAnsi="Arial" w:cs="Arial"/>
          <w:b w:val="0"/>
          <w:sz w:val="22"/>
          <w:rtl w:val="1"/>
          <w:szCs w:val="22"/>
        </w:rPr>
        <w:t>א. להגיד איזה קו שווה באורכו לקו אחר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מהן שתי הסיבות להיסחפות? · </w:t>
      </w:r>
      <w:r>
        <w:rPr>
          <w:rFonts w:ascii="Arial" w:hAnsi="Arial" w:cs="Arial"/>
          <w:b w:val="0"/>
          <w:sz w:val="22"/>
          <w:rtl w:val="1"/>
          <w:szCs w:val="22"/>
        </w:rPr>
        <w:t>א. רצון להשתייך, ושימוש באחרים כמקור מידע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נותן אומץ לאחרים? · </w:t>
      </w:r>
      <w:r>
        <w:rPr>
          <w:rFonts w:ascii="Arial" w:hAnsi="Arial" w:cs="Arial"/>
          <w:b w:val="0"/>
          <w:sz w:val="22"/>
          <w:rtl w:val="1"/>
          <w:szCs w:val="22"/>
        </w:rPr>
        <w:t>קול אחד שונה.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שואלים לפני ששיתפנו? · </w:t>
      </w:r>
      <w:r>
        <w:rPr>
          <w:rFonts w:ascii="Arial" w:hAnsi="Arial" w:cs="Arial"/>
          <w:b w:val="0"/>
          <w:sz w:val="22"/>
          <w:rtl w:val="1"/>
          <w:szCs w:val="22"/>
        </w:rPr>
        <w:t>מי יצר את זה ומי עלול להיפגע.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החולצה שעלתה חמישה שקלים – ומי משלם את ההפרש?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סביבה וצרכנות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זו אופנה מהירה? · </w:t>
      </w:r>
      <w:r>
        <w:rPr>
          <w:rFonts w:ascii="Arial" w:hAnsi="Arial" w:cs="Arial"/>
          <w:b w:val="0"/>
          <w:sz w:val="22"/>
          <w:rtl w:val="1"/>
          <w:szCs w:val="22"/>
        </w:rPr>
        <w:t>הרבה בגדים זולים שמתחלפים מהר.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הבגדים זולים? · </w:t>
      </w:r>
      <w:r>
        <w:rPr>
          <w:rFonts w:ascii="Arial" w:hAnsi="Arial" w:cs="Arial"/>
          <w:b w:val="0"/>
          <w:sz w:val="22"/>
          <w:rtl w:val="1"/>
          <w:szCs w:val="22"/>
        </w:rPr>
        <w:t>כי העובדים מקבלים שכר נמוך והבדים זולים.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איך זה פוגע בסביבה? · </w:t>
      </w:r>
      <w:r>
        <w:rPr>
          <w:rFonts w:ascii="Arial" w:hAnsi="Arial" w:cs="Arial"/>
          <w:b w:val="0"/>
          <w:sz w:val="22"/>
          <w:rtl w:val="1"/>
          <w:szCs w:val="22"/>
        </w:rPr>
        <w:t>צורך הרבה מים ומזהם.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מהי ״אופנה מהירה״? · </w:t>
      </w:r>
      <w:r>
        <w:rPr>
          <w:rFonts w:ascii="Arial" w:hAnsi="Arial" w:cs="Arial"/>
          <w:b w:val="0"/>
          <w:sz w:val="22"/>
          <w:rtl w:val="1"/>
          <w:szCs w:val="22"/>
        </w:rPr>
        <w:t>א. ייצור כמויות עצומות של בגדים זולים שמתחלפים בקצב מהיר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מי ״משלם את ההפרש״? · </w:t>
      </w:r>
      <w:r>
        <w:rPr>
          <w:rFonts w:ascii="Arial" w:hAnsi="Arial" w:cs="Arial"/>
          <w:b w:val="0"/>
          <w:sz w:val="22"/>
          <w:rtl w:val="1"/>
          <w:szCs w:val="22"/>
        </w:rPr>
        <w:t>ב. העובדים בתנאים קשים והסביבה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גורם לנו לקנות מהר? · </w:t>
      </w:r>
      <w:r>
        <w:rPr>
          <w:rFonts w:ascii="Arial" w:hAnsi="Arial" w:cs="Arial"/>
          <w:b w:val="0"/>
          <w:sz w:val="22"/>
          <w:rtl w:val="1"/>
          <w:szCs w:val="22"/>
        </w:rPr>
        <w:t>מבצעים ״רק היום״.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ארגנו תלמידי ט׳? · </w:t>
      </w:r>
      <w:r>
        <w:rPr>
          <w:rFonts w:ascii="Arial" w:hAnsi="Arial" w:cs="Arial"/>
          <w:b w:val="0"/>
          <w:sz w:val="22"/>
          <w:rtl w:val="1"/>
          <w:szCs w:val="22"/>
        </w:rPr>
        <w:t>יריד החלפות.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הפתק שלא נשלח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למי כתב אביב פתק? · </w:t>
      </w:r>
      <w:r>
        <w:rPr>
          <w:rFonts w:ascii="Arial" w:hAnsi="Arial" w:cs="Arial"/>
          <w:b w:val="0"/>
          <w:sz w:val="22"/>
          <w:rtl w:val="1"/>
          <w:szCs w:val="22"/>
        </w:rPr>
        <w:t>לנגה.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מי ידע על הסוד? · </w:t>
      </w:r>
      <w:r>
        <w:rPr>
          <w:rFonts w:ascii="Arial" w:hAnsi="Arial" w:cs="Arial"/>
          <w:b w:val="0"/>
          <w:sz w:val="22"/>
          <w:rtl w:val="1"/>
          <w:szCs w:val="22"/>
        </w:rPr>
        <w:t>דניאל.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את מי ראה אביב עם נגה? · </w:t>
      </w:r>
      <w:r>
        <w:rPr>
          <w:rFonts w:ascii="Arial" w:hAnsi="Arial" w:cs="Arial"/>
          <w:b w:val="0"/>
          <w:sz w:val="22"/>
          <w:rtl w:val="1"/>
          <w:szCs w:val="22"/>
        </w:rPr>
        <w:t>את עידן.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כמה זמן כתב אביב את הפתק? · </w:t>
      </w:r>
      <w:r>
        <w:rPr>
          <w:rFonts w:ascii="Arial" w:hAnsi="Arial" w:cs="Arial"/>
          <w:b w:val="0"/>
          <w:sz w:val="22"/>
          <w:rtl w:val="1"/>
          <w:szCs w:val="22"/>
        </w:rPr>
        <w:t>ב. שלושה חודשים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הפחיד את אביב? · </w:t>
      </w:r>
      <w:r>
        <w:rPr>
          <w:rFonts w:ascii="Arial" w:hAnsi="Arial" w:cs="Arial"/>
          <w:b w:val="0"/>
          <w:sz w:val="22"/>
          <w:rtl w:val="1"/>
          <w:szCs w:val="22"/>
        </w:rPr>
        <w:t>ג. שנגה תראה את הפתק לחברות וכולן יצחקו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אמר דניאל באוטובוס? · </w:t>
      </w:r>
      <w:r>
        <w:rPr>
          <w:rFonts w:ascii="Arial" w:hAnsi="Arial" w:cs="Arial"/>
          <w:b w:val="0"/>
          <w:sz w:val="22"/>
          <w:rtl w:val="1"/>
          <w:szCs w:val="22"/>
        </w:rPr>
        <w:t>היא בחרה אחרת, וזה מותר לה.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איפה שמר אביב את הפתק? · </w:t>
      </w:r>
      <w:r>
        <w:rPr>
          <w:rFonts w:ascii="Arial" w:hAnsi="Arial" w:cs="Arial"/>
          <w:b w:val="0"/>
          <w:sz w:val="22"/>
          <w:rtl w:val="1"/>
          <w:szCs w:val="22"/>
        </w:rPr>
        <w:t>בקופסה של דברים חשובים.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🤖 האם המכונות החכמות ייקחו לנו את העבודה?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עיוני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🤖 האם המכונות החכמות ייקחו לנו את העבודה?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 יש מכונות חכמות: תוכנות שכותבות, מסכמות, מתרגמות ומציירות. בני נוער רבים משתמשים בהן לשיעורי בית. יש התלהבות, אבל יש גם דאגה.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החוקר תומר אבני אומר: ״המכונה היא כמו מחשבון משוכלל פי אלף.״ לדבריו, אם לא נחשוב לבד – ״השריר של המחשבה״ ייחלש.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אחרים אומרים: המכונות הן שותפות לעתיד. מי שילמד להשתמש בהן נכון – יצליח יותר בעבודה.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רוני, תלמידת ט׳, נתנה לתוכנה לסכם לה מקורות. כשהמורה שאלה אותה שאלה, היא לא ידעה לענות. היא הרגישה ש״רימתה את עצמה״.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המסקנה: צריך ״אחריות טכנולוגית״ – להשתמש במכונה ככלי עזר, לבדוק אותה, ולהמשיך לחשוב בעצמנו.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מהפכה – שינוי גדול ומהיר · משוכלל – מתקדם מאוד, עם יכולות רבות · חשש – פחד, דאגה · לרתום – לחבר ולהשתמש במשהו לטובת מטרה · יזמות – יצירה של רעיון חדש והפיכתו למיזם או לעסק · כמובן מאליו – בלי לבדוק, כאילו ברור שזה נכון · ייחודי – מיוחד, שאין עוד כמוהו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לסכם     מחשבון     ייחלש     לענות     אחריות     כלי עזר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המכונות החכמות יודעות לעשות?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משווה החוקר את המכונה?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יקרה אם לא נחשוב לבד?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משווה החוקר תומר אבני את המכונה החכמה?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למחשבון משוכלל פי אלף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לרובוט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לספר לימוד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לפי הגישה האופטימית את מי עשויים להחליף?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את כל בני האדם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את מי שאינם יודעים לעבוד עם מכונות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את המורים בלבד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לרוני כשהמורה שאלה?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צריך לפי הטקסט?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״האם המכונות החכמות ייקחו לנו את העבודה?״?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🧭 לבחור מגמה – לא לבחור גורל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🧭 לבחור מגמה – לא לבחור גורל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בסוף כיתה ט׳ בוחרים מגמה לתיכון. זו החלטה חשובה, ותלמידים רבים מרגישים לחץ. איתי אומר: ״הרגשתי שאני חותם על החיים שלי.״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היועצת מיכל אומרת: ״מגמה היא לא גורל. היא תחנה ראשונה.״ היא מציעה לשאול שלוש שאלות: מה מעניין אותי? במה אני מצליח? מה אני רוצה לנסות?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הדס הלכה לשיעור אחד בכל מגמה. כך גילתה מה היא אוהבת. איתי למד שלא חייבים ללכת אחרי החברים.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עמרי, בוגר, החליף מגמה אחרי שנה – וזה היה בסדר. מה שלמד לא הלך לאיבוד.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המסר: אוספים מידע, מתייעצים ומקשיבים לעצמנו.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מגמה – תחום לימוד מורחב בתיכון (למשל ביולוגיה, אמנות) · יועצת – אשת מקצוע בבית הספר שעוזרת לתלמידים בהחלטות ובקשיים · סדר עדיפות – מה הכי חשוב לי, ואחריו מה פחות · הנחה – מחשבה שאנחנו מניחים שהיא נכונה בלי לבדוק · מלכודת – מצב שקל ליפול אליו בלי לשים לב · נמשך – מרגיש משיכה, רוצה ללכת לכיוון מסוים · בוגר – מי שסיים את הלימודים במקום מסוים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מגמה     גורל     תחנה     שיעור     החליף     להתייעץ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בוחרים בסוף כיתה ט׳?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אומרת היועצת על מגמה?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עשתה הדס כדי לבחור?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לפי היועצת, על איזו הנחה לא נכונה נשען הלחץ?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שהמגמות קשות מדי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שההורים מחליטים במקום התלמידים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שמגמה בתיכון קובעת את הגורל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עשתה הדס כדי לבחור?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שאלה את החברות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ישבה בשיעור אחד של כל מגמה שעניינה אותה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בחרה לפי הציונים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עמרי אחרי שנה?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המסר של הכתבה?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״לבחור מגמה – לא לבחור גורל״?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🎒 המדרגות של הקומה השלישית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🎒 המדרגות של הקומה השלישית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האחרון של כיתה ט׳ יעל הגיעה מוקדם לבית הספר. החצר הייתה שקטה.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עלתה לקומה השלישית. בכיתה ז׳ המדרגות נראו לה כמו הר. בשבוע הראשון היא הלכה לאיבוד. עכשיו היא חייכה.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על הקיר הייתה תמונה של הקבוצה שלה מפרויקט החקר. בהתחלה הם רבו, אבל בסוף הצליחו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בשנה הבאה כל החברים ילכו למקומות שונים. כולם הבטיחו: ״נשמור על קשר.״ יעל קצת דאגה.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המחנכת נתנה פתק לכל תלמיד – לקרוא רק בתיכון. בצלצול האחרון יעל ירדה במדרגות לאט, ונפרדה מהקומה השלישית.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שרב – מזג אוויר חם ויבש מאוד · לחש – דיבר בקול שקט מאוד · דהויה – שהצבעים שלה חלשים בגלל שמש או זמן · פנימייה – בית ספר שבו גם גרים ולנים · בבת אחת – פתאום, ברגע אחד · מחנכת – המורה האחראית על הכיתה · סדק – שבר דק וצר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האחרון     הר     הצליחו     קשר     בתיכון     פתק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מתרחש הסיפור?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נראו המדרגות ליעל בכיתה ז׳?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לקבוצה של יעל בפרויקט?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מתרחש הסיפור?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ביום הראשון בכיתה ז׳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בערב הסיום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ביום האחרון של כיתה ט׳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ליעל בשבוע הראשון בחטיבה?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היא קיבלה פרס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היא החליפה כיתה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היא הלכה לאיבוד ונכנסה בטעות לשיעור של ט׳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הבטיחו החברים?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צריך לקרוא את הפתק?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״המדרגות של הקומה השלישית״?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🤝 שעות חובה – או שעות של לב?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🤝 שעות חובה – או שעות של לב?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בבית הספר הודיעו: תלמידי ט׳ צריכים 60 שעות התנדבות חובה. הכותבת מתנדבת בגן כבר שנתיים. היא שואלת: אם זו חובה – האם זו עדיין התנדבות?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שאומרים: חובה הורסת את הלב. התלמידים מחפשים רק מקום קל.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שאומרים: חובה פותחת דלת. גם הכותבת התחילה בלי חשק – ואחר כך אהבה.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לא לכולם יש זמן. יש תלמידים שמטפלים באחים או עובדים.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ההצעה של הכותבת: במקום לספור שעות – ״פרויקט נתינה״ שהתלמידים בוחרים בעצמם.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התנדבות – עבודה או עזרה שנותנים בלי תשלום · נדיבות – רצון לתת לאחרים בשמחה · צביטה – כאב קטן ופתאומי (כאן: בלב) · מטלה – משימה שחייבים לעשות · עומס – הרבה דברים לעשות בבת אחת · מחויבת – מרגישה אחריות ונאמנות למשהו · פקיד – עובד משרד (כאן: מי שעושה רק מה שצריך)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חובה     גן     לב     אחים     נתינה     שעות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שעות התנדבות הן חובה?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הכותבת מתנדבת?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אומרים המתנגדים?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מאיזה שורש באה המילה ״התנדבות״ לפי הכותבת?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נ־ד־ב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נ־ד־ד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ד־ב־ר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הטענה העיקרית של המתנגדים לחובה?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שאין מספיק מקומות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שההתנדבות מסוכנת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שספירת שעות הופכת נתינה למטלה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אין זמן להתנדב?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הכותבת מציעה?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״שעות חובה – או שעות של לב?״?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💬 איפה נגמר החופש להגיד הכול?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💬 איפה נגמר החופש להגיד הכול?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חופש הביטוי הוא הזכות להגיד את מה שחושבים. זו זכות חשובה מאוד בדמוקרטיה.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היום, ברשת, כל אחד יכול לכתוב לאלפי אנשים. מה שנכתב מתפשט מהר ונשאר הרבה זמן.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אבל לחופש יש גבול. אסור לשקר על אדם, לאיים או לפרסם מידע פרטי בלי רשות.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איך יודעים מה מותר? שואלים: האם אני מבקר רעיון או פוגע באדם? האם הייתי אומר את זה פנים אל פנים?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גם מי שעושה ״אהבתי״ להודעה פוגעת – אחראי. אפשר גם לעצור פגיעה. חופש בא עם אחריות.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חופש הביטוי – הזכות להגיד ולכתוב את מה שחושבים · עוולה – מעשה לא צודק · במה – מקום גבוה שממנו מדברים לקהל (כאן: מקום לפרסם) · הקשר – המצב או הדברים שמסביב, שעוזרים להבין משמעות · להסית – לעודד אנשים לעשות מעשה רע או אלים · לגיטימית – מותרת, מקובלת · פטור – לא חייב, משוחרר מחובה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זכות     מתפשט     לאיים     פנים אל פנים     אחריות     גבול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חופש הביטוי?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למה שנכתב ברשת?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תנו דוגמה למשהו אסור.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מדוע חופש הביטוי חשוב במדינה דמוקרטית?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הוא מבטל ויכוחים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הוא מחייב את כולם להסכים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בלעדיו אי אפשר לבקר ולהציע שינוי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מיוחד ב״במה״ של הרשת?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 שנכתב מתפשט מהר ונשאר זמן רב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היא איטית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רק מבוגרים משתמשים בה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שאלה כדאי לשאול לפני שכותבים?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בא יחד עם החופש?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״איפה נגמר החופש להגיד הכול?״?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🎖️ ״אני רוצה שהשירות שלי ישנה משהו״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🎖️ ״אני רוצה שהשירות שלי ישנה משהו״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תמר היא בת 19. היא סיימה את בית הספר שלנו. היא התחילה לחשוב על השירות כבר בכיתה ט׳.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לדבריה, ״ייעוד״ הוא המפגש בין מה שאת טובה בו, מה שאת אוהבת ומה שהעולם צריך.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תמר משרתת בשירות לאומי, בכפר נוער לילדים שעלו לארץ. היא אוהבת ילדים ויודעת להקשיב.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בחודש הראשון היה לה קשה. מה שעזר – לדבר עם אחרים ולבקש עזרה.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העצה שלה: תשאלו כבר עכשיו – על מה אכפת לי באמת?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ייעוד – מטרה חשובה בחיים, תפקיד שאדם מרגיש שהוא שלו · שירות לאומי – שנה או שנתיים של עבודה למען הקהילה במקום שירות צבאי · כפר נוער – מקום מגורים ולימודים לבני נוער · קרבי – תפקיד בצבא שקשור ללחימה · סבלנית – שיודעת לחכות ולא כועסת מהר · קורות חיים – רשימה של מה שאדם למד ועשה · צו – הודעה רשמית שמחייבת להתייצב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ייעוד     שירות לאומי     ילדים     עזרה     אכפת     ט׳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בת כמה תמר?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תמר משרתת?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ייעוד לפי תמר?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התחילה תמר לחשוב על השירות?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בכיתה י״ב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בכיתה ט׳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אחרי שקיבלה צו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ייעוד לפי תמר?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המפגש בין מה שטובים בו, מה שאוהבים ומה שהעולם צריך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כישרון שנולדים איתו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תפקיד יוקרתי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עזר לתמר כשהיה קשה?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העצה שלה?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״״אני רוצה שהשירות שלי ישנה משהו״״?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💡 המשרד שלהם הוא שולחן המטבח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💡 המשרד שלהם הוא שולחן המטבח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גל ושירה, תלמידי ט׳, ראו בעיה: האופניים בכניסה לבית הספר מבולגנים. הם בנו מתקן חכם. היום המתקן עומד בחצר.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יזם הוא מי שרואה בעיה ומנסה לפתור אותה. צריך סקרנות, אומץ וסבלנות.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מאיה, בת 15, אופה עוגיות למכירה. היא למדה לחשב עלות ורווח.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עידו ניסה מיזם של שיעורים, ובהתחלה לא הצליח. הוא שאל מה התלמידים צריכים – ושינה את הרעיון.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חשוב לשמור על איזון: לימודים, שינה וחברים. כישלון הוא מידע. מתחילים בקטן ומתקנים בדרך.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יזם – מי שמתחיל מיזם או עסק חדש מתוך רעיון · מיזם – פרויקט שמישהו מקים כדי להגשים רעיון · דגם – גרסה קטנה או ראשונית של מוצר · עלות – כמה כסף עולה לייצר משהו · רווח – הכסף שנשאר אחרי שמורידים את ההוצאות · איזון – מצב שבו כל דבר מקבל את המקום הנכון · שקיפות – כשהכול גלוי וברור לכולם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מתקן     בעיה     עוגיות     שינה     איזון     כישלון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בנו גל ושירה?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יזם?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מאיה מוכרת?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בעיה רצו גל ושירה לפתור?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רעש בהפסקות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מחסור בספרים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בלגן של אופניים בכניסה לבית הספר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הקושי האמיתי של מאיה?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לאפות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לקבוע מחיר ולחשב עלויות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למצוא לקוחות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עידו כשלא הצליח?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חשוב לשמור?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״המשרד שלהם הוא שולחן המטבח״?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🐑 למה כולם הולכים לאותו כיוון?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🐑 למה כולם הולכים לאותו כיוון?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בניסוי מפורסם, אנשים היו צריכים להגיד איזה קו שווה לקו אחר. זה היה קל. אבל כשכל הקבוצה ענתה תשובה לא נכונה – רוב המשתתפים הסכימו איתה לפחות פעם אחת.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למה? כי אנחנו רוצים להשתייך, וכי אנחנו חושבים שהאחרים יודעים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ברשת, מספר הצפיות וה״אהבתי״ משפיעים עלינו. כך מתפשטים טרנדים ושמועות.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כשהרבה אנשים רואים בעיה – כל אחד חושב שמישהו אחר יעזור. אבל מספיק קול אחד שונה כדי לתת אומץ לאחרים.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חשיבה ביקורתית: לשאול לפני ששיתפנו – מי יצר את זה? מי עלול להיפגע?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להיסחף – ללכת אחרי אחרים בלי לחשוב · שגויה – לא נכונה · להשתייך – להיות חלק מקבוצה · אסטרטגיה – דרך פעולה מתוכננת · לאותת – לתת סימן · חשיבה ביקורתית – בדיקה של מידע ורעיונות לפני שמקבלים אותם · ערים – מודעים, שמים לב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הסכימו     להשתייך     צפיות     קול     אומץ     להיפגע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עשו רוב המשתתפים בניסוי?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אנחנו נסחפים?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משפיע עלינו ברשת?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הייתה המשימה בניסוי הקווים?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להגיד איזה קו שווה באורכו לקו אחר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לצייר קווים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לספור קווים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מהן שתי הסיבות להיסחפות?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רצון להשתייך, ושימוש באחרים כמקור מידע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עייפות ושעמום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פחד מהמורה וכסף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נותן אומץ לאחרים?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שואלים לפני ששיתפנו?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״למה כולם הולכים לאותו כיוון?״?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👕 החולצה שעלתה חמישה שקלים – ומי משלם את ההפרש?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👕 החולצה שעלתה חמישה שקלים – ומי משלם את ההפרש?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״אופנה מהירה״: חברות מייצרות הרבה בגדים זולים, והעיצובים מתחלפים כל הזמן. הן רוצות שנקנה שוב ושוב.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הבגדים זולים כי הבדים זולים, והעובדים מקבלים שכר נמוך מאוד ועובדים בתנאים קשים.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האופנה המהירה פוגעת בסביבה: היא צורכת הרבה מים, מזהמת נהרות, ובגדים רבים נזרקים.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מבצעים ״רק היום״ ותמונות ברשת גורמים לנו לקנות מהר בלי לחשוב.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 אפשר לעשות? לקנות פחות, להחליף בגדים, לקנות יד שנייה, לתקן ולתרום. תלמידי ט׳ ארגנו יריד החלפות.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מסחרר – מהיר מאוד, עד שקשה לעקוב · פוליאסטר – בד מלאכותי שמיוצר מנפט · סינתטי – מלאכותי, לא טבעי · הטמנה – קבורה של פסולת באדמה · פיתוי – משהו שגורם לנו לרצות מאוד · משפיעני רשת – אנשים שיש להם הרבה עוקבים ברשתות ומשפיעים עליהם · יד שנייה – משהו שהיה שייך קודם למישהו אחר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זולים     שכר     מים     מבצע     החלפות     יד שנייה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אופנה מהירה?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הבגדים זולים?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זה פוגע בסביבה?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״אופנה מהירה״?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ייצור כמויות עצומות של בגדים זולים שמתחלפים בקצב מהיר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בגדי 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תפירה ביד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מי ״משלם את ההפרש״?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החנויות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העובדים בתנאים קשים והסביבה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הממשלה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גורם לנו לקנות מהר?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ארגנו תלמידי ט׳?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״החולצה שעלתה חמישה שקלים – ומי משלם את ההפרש?״?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💌 הפתק שלא נשלח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💌 הפתק שלא נשלח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אביב כתב פתק לנגה במשך שלושה חודשים. בפתק כתב שהיא מיוחדת, ושאפשר לשבת יחד בטיול.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רק דניאל, החבר הכי טוב של אביב, ידע על הפתק. דניאל אמר: ״תן לה כבר!״ אבל אביב פחד שיצחקו עליו.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שלפני הטיול אביב רצה לתת את הפתק. אבל הוא ראה את נגה עם עידן. הוא הבין שהיא בחרה מישהו אחר. היה לו עצוב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באוטובוס דניאל ישב לידו ואמר: ״זה לא אומר שאתה לא שווה. היא בחרה אחרת, וזה מותר לה.״ אביב צחק בפעם הראשונה.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אביב לא זרק את הפתק. הוא שמר אותו בקופסה של דברים חשובים.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פעם (הלב) – דפק, הלם · מרתון – ריצה ארוכה מאוד · להתבייש – להרגיש מבוכה · מקופל – שקיפלו אותו כדי שיהיה קטן · צביטה – כאב קטן ופתאומי (כאן: בלב) · לשלוף – להוציא מהר · מדורה – אש גדולה שמדליקים בחוץ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פתק     דניאל     עידן     בחרה     קופסה     עצוב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כתב אביב 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מי ידע על הסוד?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את מי ראה אביב עם נגה?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זמן כתב אביב את הפתק?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שבוע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שלושה חודשים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הפחיד את אביב?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שנגה תעבור כיתה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שהמורה תמצא את הפתק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שנגה תראה את הפתק לחברות וכולן יצחקו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 דניאל באוטובוס?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שמר אביב את הפתק?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״הפתק שלא נשלח״?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חוברת 1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1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